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182A" w14:textId="5C84066B" w:rsidR="00E20071" w:rsidRPr="00F006B1" w:rsidRDefault="2E3E61CD" w:rsidP="00F006B1">
      <w:pPr>
        <w:pStyle w:val="Titel"/>
        <w:rPr>
          <w:lang w:val="nl-NL"/>
        </w:rPr>
      </w:pPr>
      <w:r w:rsidRPr="027A7E65">
        <w:rPr>
          <w:lang w:val="nl-NL"/>
        </w:rPr>
        <w:t xml:space="preserve">DGAM </w:t>
      </w:r>
      <w:r w:rsidR="027A7E65" w:rsidRPr="027A7E65">
        <w:rPr>
          <w:lang w:val="nl-NL"/>
        </w:rPr>
        <w:t xml:space="preserve">TIJGER TEAM-competitie </w:t>
      </w:r>
      <w:r w:rsidRPr="027A7E65">
        <w:rPr>
          <w:lang w:val="nl-NL"/>
        </w:rPr>
        <w:t>2026</w:t>
      </w:r>
    </w:p>
    <w:p w14:paraId="62BE46AF" w14:textId="591FD00C" w:rsidR="00E20071" w:rsidRPr="00F006B1" w:rsidRDefault="027A7E65" w:rsidP="00F006B1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val="nl-NL"/>
        </w:rPr>
      </w:pPr>
      <w:r w:rsidRPr="027A7E65">
        <w:rPr>
          <w:sz w:val="32"/>
          <w:szCs w:val="32"/>
          <w:lang w:val="nl-NL"/>
        </w:rPr>
        <w:t>Invultemplate</w:t>
      </w:r>
      <w:r w:rsidR="00F006B1">
        <w:rPr>
          <w:sz w:val="32"/>
          <w:szCs w:val="32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240"/>
      </w:tblGrid>
      <w:tr w:rsidR="00E111E0" w14:paraId="42A07B48" w14:textId="77777777" w:rsidTr="5C3D43B7">
        <w:tc>
          <w:tcPr>
            <w:tcW w:w="4390" w:type="dxa"/>
            <w:shd w:val="clear" w:color="auto" w:fill="B2A1C7" w:themeFill="accent4" w:themeFillTint="99"/>
          </w:tcPr>
          <w:p w14:paraId="58BA98CC" w14:textId="29F57213" w:rsidR="00E111E0" w:rsidRPr="00F006B1" w:rsidRDefault="00E111E0">
            <w:pPr>
              <w:rPr>
                <w:rFonts w:ascii="Segoe UI" w:hAnsi="Segoe UI" w:cs="Segoe UI"/>
                <w:b/>
                <w:bCs/>
                <w:sz w:val="18"/>
                <w:szCs w:val="18"/>
                <w:lang w:val="en-AU"/>
              </w:rPr>
            </w:pPr>
            <w:r w:rsidRPr="00F006B1">
              <w:rPr>
                <w:rFonts w:ascii="Segoe UI" w:hAnsi="Segoe UI" w:cs="Segoe UI"/>
                <w:b/>
                <w:bCs/>
                <w:sz w:val="18"/>
                <w:szCs w:val="18"/>
                <w:lang w:val="en-AU"/>
              </w:rPr>
              <w:t xml:space="preserve">Titel </w:t>
            </w:r>
          </w:p>
        </w:tc>
        <w:tc>
          <w:tcPr>
            <w:tcW w:w="4240" w:type="dxa"/>
            <w:shd w:val="clear" w:color="auto" w:fill="B2A1C7" w:themeFill="accent4" w:themeFillTint="99"/>
          </w:tcPr>
          <w:p w14:paraId="0984B1AA" w14:textId="77777777" w:rsidR="00E111E0" w:rsidRPr="00E111E0" w:rsidRDefault="00E111E0">
            <w:pPr>
              <w:rPr>
                <w:rFonts w:ascii="Segoe UI" w:hAnsi="Segoe UI" w:cs="Segoe UI"/>
                <w:b/>
                <w:sz w:val="18"/>
                <w:szCs w:val="14"/>
                <w:lang w:val="en-AU"/>
              </w:rPr>
            </w:pPr>
          </w:p>
        </w:tc>
      </w:tr>
      <w:tr w:rsidR="00E111E0" w14:paraId="406EE19C" w14:textId="77777777" w:rsidTr="5C3D43B7">
        <w:tc>
          <w:tcPr>
            <w:tcW w:w="4390" w:type="dxa"/>
          </w:tcPr>
          <w:p w14:paraId="21A65FA9" w14:textId="09848202" w:rsidR="00E111E0" w:rsidRPr="00F006B1" w:rsidRDefault="00E111E0">
            <w:pPr>
              <w:rPr>
                <w:rFonts w:ascii="Segoe UI" w:hAnsi="Segoe UI" w:cs="Segoe UI"/>
                <w:sz w:val="18"/>
                <w:szCs w:val="18"/>
                <w:lang w:val="en-AU"/>
              </w:rPr>
            </w:pPr>
            <w:r w:rsidRPr="00F006B1">
              <w:rPr>
                <w:rFonts w:ascii="Segoe UI" w:hAnsi="Segoe UI" w:cs="Segoe UI"/>
                <w:sz w:val="18"/>
                <w:szCs w:val="18"/>
                <w:lang w:val="en-AU"/>
              </w:rPr>
              <w:t>Naam organisatie</w:t>
            </w:r>
            <w:r w:rsidR="00786FD8" w:rsidRPr="00F006B1">
              <w:rPr>
                <w:rFonts w:ascii="Segoe UI" w:hAnsi="Segoe UI" w:cs="Segoe UI"/>
                <w:sz w:val="18"/>
                <w:szCs w:val="18"/>
                <w:lang w:val="en-AU"/>
              </w:rPr>
              <w:t>(s)</w:t>
            </w:r>
            <w:r w:rsidRPr="00F006B1">
              <w:rPr>
                <w:rFonts w:ascii="Segoe UI" w:hAnsi="Segoe UI" w:cs="Segoe UI"/>
                <w:sz w:val="18"/>
                <w:szCs w:val="18"/>
                <w:lang w:val="en-AU"/>
              </w:rPr>
              <w:t>/team</w:t>
            </w:r>
          </w:p>
        </w:tc>
        <w:tc>
          <w:tcPr>
            <w:tcW w:w="4240" w:type="dxa"/>
          </w:tcPr>
          <w:p w14:paraId="06B09C75" w14:textId="77777777" w:rsidR="00E111E0" w:rsidRPr="00E111E0" w:rsidRDefault="00E111E0" w:rsidP="00E111E0">
            <w:pPr>
              <w:rPr>
                <w:rFonts w:ascii="Segoe UI" w:hAnsi="Segoe UI" w:cs="Segoe UI"/>
                <w:b/>
                <w:sz w:val="18"/>
                <w:szCs w:val="18"/>
                <w:lang w:val="en-AU"/>
              </w:rPr>
            </w:pPr>
          </w:p>
        </w:tc>
      </w:tr>
      <w:tr w:rsidR="00E111E0" w:rsidRPr="00F006B1" w14:paraId="1D1E3A45" w14:textId="77777777" w:rsidTr="5C3D43B7">
        <w:tc>
          <w:tcPr>
            <w:tcW w:w="4390" w:type="dxa"/>
          </w:tcPr>
          <w:p w14:paraId="78D204D8" w14:textId="15778C6D" w:rsidR="00E111E0" w:rsidRPr="00F006B1" w:rsidRDefault="00E111E0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F006B1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Naam van </w:t>
            </w:r>
            <w:r w:rsidR="0017582C" w:rsidRPr="00F006B1">
              <w:rPr>
                <w:rFonts w:ascii="Segoe UI" w:hAnsi="Segoe UI" w:cs="Segoe UI"/>
                <w:sz w:val="18"/>
                <w:szCs w:val="18"/>
                <w:lang w:val="nl-NL"/>
              </w:rPr>
              <w:t>TIJGER TEAM</w:t>
            </w:r>
            <w:r w:rsidRPr="00F006B1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case</w:t>
            </w:r>
          </w:p>
        </w:tc>
        <w:tc>
          <w:tcPr>
            <w:tcW w:w="4240" w:type="dxa"/>
          </w:tcPr>
          <w:p w14:paraId="2C10D73E" w14:textId="77777777" w:rsidR="00E111E0" w:rsidRPr="00E111E0" w:rsidRDefault="00E111E0" w:rsidP="00E111E0">
            <w:pPr>
              <w:rPr>
                <w:rFonts w:ascii="Segoe UI" w:hAnsi="Segoe UI" w:cs="Segoe UI"/>
                <w:b/>
                <w:sz w:val="18"/>
                <w:szCs w:val="18"/>
                <w:lang w:val="nl-NL"/>
              </w:rPr>
            </w:pPr>
          </w:p>
        </w:tc>
      </w:tr>
      <w:tr w:rsidR="2FF65B15" w:rsidRPr="00F006B1" w14:paraId="3A342A55" w14:textId="77777777" w:rsidTr="5C3D43B7">
        <w:tc>
          <w:tcPr>
            <w:tcW w:w="4390" w:type="dxa"/>
          </w:tcPr>
          <w:p w14:paraId="75E53827" w14:textId="37F42113" w:rsidR="2FF65B15" w:rsidRDefault="2FF65B15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Type en </w:t>
            </w:r>
            <w:r w:rsidR="00CA1397">
              <w:rPr>
                <w:rFonts w:ascii="Segoe UI" w:hAnsi="Segoe UI" w:cs="Segoe UI"/>
                <w:sz w:val="18"/>
                <w:szCs w:val="18"/>
                <w:lang w:val="nl-NL"/>
              </w:rPr>
              <w:t>l</w:t>
            </w: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>ocatie van het object</w:t>
            </w:r>
          </w:p>
        </w:tc>
        <w:tc>
          <w:tcPr>
            <w:tcW w:w="4240" w:type="dxa"/>
          </w:tcPr>
          <w:p w14:paraId="2C7A2402" w14:textId="27296C7D" w:rsidR="2FF65B15" w:rsidRDefault="2FF65B15" w:rsidP="2FF65B15">
            <w:pPr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</w:pPr>
          </w:p>
        </w:tc>
      </w:tr>
      <w:tr w:rsidR="00E111E0" w:rsidRPr="00F006B1" w14:paraId="3EA6D2A1" w14:textId="77777777" w:rsidTr="5C3D43B7">
        <w:tc>
          <w:tcPr>
            <w:tcW w:w="4390" w:type="dxa"/>
          </w:tcPr>
          <w:p w14:paraId="2BAE2D41" w14:textId="5775CCD7" w:rsidR="00E111E0" w:rsidRPr="00F006B1" w:rsidRDefault="00E111E0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F006B1">
              <w:rPr>
                <w:rFonts w:ascii="Segoe UI" w:hAnsi="Segoe UI" w:cs="Segoe UI"/>
                <w:sz w:val="18"/>
                <w:szCs w:val="18"/>
                <w:lang w:val="nl-NL"/>
              </w:rPr>
              <w:t>Contactpersoon (naam, e-mail, telefoonnr.)</w:t>
            </w:r>
          </w:p>
        </w:tc>
        <w:tc>
          <w:tcPr>
            <w:tcW w:w="4240" w:type="dxa"/>
          </w:tcPr>
          <w:p w14:paraId="540AD554" w14:textId="77777777" w:rsidR="00E111E0" w:rsidRPr="00786FD8" w:rsidRDefault="00E111E0" w:rsidP="00E111E0">
            <w:pPr>
              <w:rPr>
                <w:rFonts w:ascii="Segoe UI" w:hAnsi="Segoe UI" w:cs="Segoe UI"/>
                <w:bCs/>
                <w:sz w:val="18"/>
                <w:szCs w:val="18"/>
                <w:lang w:val="nl-NL"/>
              </w:rPr>
            </w:pPr>
          </w:p>
        </w:tc>
      </w:tr>
      <w:tr w:rsidR="00786FD8" w:rsidRPr="00F006B1" w14:paraId="5C06AA38" w14:textId="77777777" w:rsidTr="5C3D43B7">
        <w:tc>
          <w:tcPr>
            <w:tcW w:w="4390" w:type="dxa"/>
          </w:tcPr>
          <w:p w14:paraId="10F3B2DF" w14:textId="42F1A9E9" w:rsidR="00786FD8" w:rsidRPr="00F006B1" w:rsidRDefault="00786FD8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F006B1">
              <w:rPr>
                <w:rFonts w:ascii="Segoe UI" w:hAnsi="Segoe UI" w:cs="Segoe UI"/>
                <w:sz w:val="18"/>
                <w:szCs w:val="18"/>
                <w:lang w:val="nl-NL"/>
              </w:rPr>
              <w:t>Wie houdt de pitch op 26 oktober 2026?</w:t>
            </w:r>
          </w:p>
        </w:tc>
        <w:tc>
          <w:tcPr>
            <w:tcW w:w="4240" w:type="dxa"/>
          </w:tcPr>
          <w:p w14:paraId="7021CEC7" w14:textId="77777777" w:rsidR="00786FD8" w:rsidRPr="00786FD8" w:rsidRDefault="00786FD8">
            <w:pPr>
              <w:rPr>
                <w:rFonts w:ascii="Segoe UI" w:hAnsi="Segoe UI" w:cs="Segoe UI"/>
                <w:bCs/>
                <w:sz w:val="18"/>
                <w:szCs w:val="14"/>
                <w:lang w:val="nl-NL"/>
              </w:rPr>
            </w:pPr>
          </w:p>
        </w:tc>
      </w:tr>
      <w:tr w:rsidR="00786FD8" w:rsidRPr="00F006B1" w14:paraId="255A5C70" w14:textId="77777777" w:rsidTr="5C3D43B7">
        <w:tc>
          <w:tcPr>
            <w:tcW w:w="4390" w:type="dxa"/>
          </w:tcPr>
          <w:p w14:paraId="2C382D2F" w14:textId="51E59D43" w:rsidR="00786FD8" w:rsidRPr="00E111E0" w:rsidRDefault="00786FD8" w:rsidP="7DFF7C0E">
            <w:pPr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4240" w:type="dxa"/>
          </w:tcPr>
          <w:p w14:paraId="022A21AB" w14:textId="77777777" w:rsidR="00786FD8" w:rsidRPr="00E111E0" w:rsidRDefault="00786FD8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14:paraId="7E01832E" w14:textId="77777777" w:rsidTr="5C3D43B7">
        <w:tc>
          <w:tcPr>
            <w:tcW w:w="4390" w:type="dxa"/>
            <w:shd w:val="clear" w:color="auto" w:fill="FFC000"/>
          </w:tcPr>
          <w:p w14:paraId="623B4122" w14:textId="339EFFC9" w:rsidR="00E111E0" w:rsidRPr="00E111E0" w:rsidRDefault="01596F74" w:rsidP="01596F74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1596F74"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  <w:t xml:space="preserve">Probleemstelling /Innovatie; ter suggestie.. </w:t>
            </w:r>
          </w:p>
        </w:tc>
        <w:tc>
          <w:tcPr>
            <w:tcW w:w="4240" w:type="dxa"/>
            <w:shd w:val="clear" w:color="auto" w:fill="FFC000"/>
          </w:tcPr>
          <w:p w14:paraId="163EB063" w14:textId="3E055809" w:rsidR="00E111E0" w:rsidRPr="00E111E0" w:rsidRDefault="00E111E0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:rsidRPr="00F006B1" w14:paraId="03F89D2C" w14:textId="77777777" w:rsidTr="5C3D43B7">
        <w:tc>
          <w:tcPr>
            <w:tcW w:w="4390" w:type="dxa"/>
          </w:tcPr>
          <w:p w14:paraId="1B1264EA" w14:textId="2BA5B164" w:rsidR="00E111E0" w:rsidRPr="00E111E0" w:rsidRDefault="2FF65B15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Beschrijving van het probleem/ pijnpunt in de oude wijze van instandhouding </w:t>
            </w:r>
          </w:p>
        </w:tc>
        <w:tc>
          <w:tcPr>
            <w:tcW w:w="4240" w:type="dxa"/>
          </w:tcPr>
          <w:p w14:paraId="2BB61962" w14:textId="3EEE1643" w:rsidR="00E111E0" w:rsidRPr="00E111E0" w:rsidRDefault="00E111E0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:rsidRPr="00F006B1" w14:paraId="50E2485C" w14:textId="77777777" w:rsidTr="5C3D43B7">
        <w:tc>
          <w:tcPr>
            <w:tcW w:w="4390" w:type="dxa"/>
          </w:tcPr>
          <w:p w14:paraId="73B248EB" w14:textId="301F19D0" w:rsidR="00E111E0" w:rsidRPr="00E111E0" w:rsidRDefault="00E111E0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>Welke beslisvraag wordt beter door DGAM? (bijv. kleine vs grotere interventie; risico bij vernieuwing; prioritering)</w:t>
            </w:r>
          </w:p>
        </w:tc>
        <w:tc>
          <w:tcPr>
            <w:tcW w:w="4240" w:type="dxa"/>
          </w:tcPr>
          <w:p w14:paraId="19A45875" w14:textId="4ED8E2B4" w:rsidR="00E111E0" w:rsidRPr="00990655" w:rsidRDefault="00E111E0">
            <w:pPr>
              <w:rPr>
                <w:rFonts w:ascii="Segoe UI" w:hAnsi="Segoe UI" w:cs="Segoe UI"/>
                <w:bCs/>
                <w:sz w:val="18"/>
                <w:szCs w:val="18"/>
                <w:lang w:val="nl-NL"/>
              </w:rPr>
            </w:pPr>
          </w:p>
        </w:tc>
      </w:tr>
      <w:tr w:rsidR="00786FD8" w:rsidRPr="0017582C" w14:paraId="09C8681F" w14:textId="77777777" w:rsidTr="5C3D43B7">
        <w:tc>
          <w:tcPr>
            <w:tcW w:w="4390" w:type="dxa"/>
          </w:tcPr>
          <w:p w14:paraId="468F4EEC" w14:textId="338B46C5" w:rsidR="00786FD8" w:rsidRPr="00E111E0" w:rsidRDefault="2CA68A7E" w:rsidP="2CA68A7E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CA68A7E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..</w:t>
            </w:r>
          </w:p>
        </w:tc>
        <w:tc>
          <w:tcPr>
            <w:tcW w:w="4240" w:type="dxa"/>
          </w:tcPr>
          <w:p w14:paraId="02D39359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14:paraId="6741B578" w14:textId="77777777" w:rsidTr="5C3D43B7">
        <w:tc>
          <w:tcPr>
            <w:tcW w:w="4390" w:type="dxa"/>
            <w:shd w:val="clear" w:color="auto" w:fill="92D050"/>
          </w:tcPr>
          <w:p w14:paraId="6147C86E" w14:textId="56075127" w:rsidR="00E111E0" w:rsidRPr="00E111E0" w:rsidRDefault="01596F74" w:rsidP="01596F74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1596F74"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  <w:t>Data; ter suggestie..</w:t>
            </w:r>
          </w:p>
        </w:tc>
        <w:tc>
          <w:tcPr>
            <w:tcW w:w="4240" w:type="dxa"/>
            <w:shd w:val="clear" w:color="auto" w:fill="92D050"/>
          </w:tcPr>
          <w:p w14:paraId="19E0FC74" w14:textId="77777777" w:rsidR="00E111E0" w:rsidRPr="00E111E0" w:rsidRDefault="00E111E0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:rsidRPr="00F006B1" w14:paraId="27F1D96C" w14:textId="77777777" w:rsidTr="5C3D43B7">
        <w:tc>
          <w:tcPr>
            <w:tcW w:w="4390" w:type="dxa"/>
          </w:tcPr>
          <w:p w14:paraId="5EDBB9CC" w14:textId="064EB9B9" w:rsidR="00E111E0" w:rsidRPr="00E111E0" w:rsidRDefault="00E111E0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>Op welke</w:t>
            </w: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data</w:t>
            </w:r>
            <w:r>
              <w:rPr>
                <w:rFonts w:ascii="Segoe UI" w:hAnsi="Segoe UI" w:cs="Segoe UI"/>
                <w:sz w:val="18"/>
                <w:szCs w:val="18"/>
                <w:lang w:val="nl-NL"/>
              </w:rPr>
              <w:t>bronnen</w:t>
            </w: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is </w:t>
            </w:r>
            <w:r>
              <w:rPr>
                <w:rFonts w:ascii="Segoe UI" w:hAnsi="Segoe UI" w:cs="Segoe UI"/>
                <w:sz w:val="18"/>
                <w:szCs w:val="18"/>
                <w:lang w:val="nl-NL"/>
              </w:rPr>
              <w:t>het gebaseerd</w:t>
            </w: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>?</w:t>
            </w:r>
          </w:p>
        </w:tc>
        <w:tc>
          <w:tcPr>
            <w:tcW w:w="4240" w:type="dxa"/>
          </w:tcPr>
          <w:p w14:paraId="2E73B4F5" w14:textId="77777777" w:rsidR="00E111E0" w:rsidRPr="00E111E0" w:rsidRDefault="00E111E0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:rsidRPr="00F006B1" w14:paraId="5C1D199B" w14:textId="77777777" w:rsidTr="5C3D43B7">
        <w:tc>
          <w:tcPr>
            <w:tcW w:w="4390" w:type="dxa"/>
          </w:tcPr>
          <w:p w14:paraId="042EC37A" w14:textId="0304D99E" w:rsidR="00E111E0" w:rsidRPr="00E111E0" w:rsidRDefault="00E111E0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>Hoe wordt data vertaald naar informatie/</w:t>
            </w:r>
            <w:r>
              <w:rPr>
                <w:rFonts w:ascii="Segoe UI" w:hAnsi="Segoe UI" w:cs="Segoe UI"/>
                <w:sz w:val="18"/>
                <w:szCs w:val="18"/>
                <w:lang w:val="nl-NL"/>
              </w:rPr>
              <w:t>dashboard/</w:t>
            </w:r>
            <w:r w:rsidRPr="00E111E0">
              <w:rPr>
                <w:rFonts w:ascii="Segoe UI" w:hAnsi="Segoe UI" w:cs="Segoe UI"/>
                <w:sz w:val="18"/>
                <w:szCs w:val="18"/>
                <w:lang w:val="nl-NL"/>
              </w:rPr>
              <w:t>indicatoren/advies?</w:t>
            </w:r>
          </w:p>
        </w:tc>
        <w:tc>
          <w:tcPr>
            <w:tcW w:w="4240" w:type="dxa"/>
          </w:tcPr>
          <w:p w14:paraId="110DDE7D" w14:textId="77777777" w:rsidR="00E111E0" w:rsidRPr="00E111E0" w:rsidRDefault="00E111E0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E111E0" w:rsidRPr="00F006B1" w14:paraId="05F0B8D0" w14:textId="77777777" w:rsidTr="5C3D43B7">
        <w:tc>
          <w:tcPr>
            <w:tcW w:w="4390" w:type="dxa"/>
          </w:tcPr>
          <w:p w14:paraId="636C31FD" w14:textId="4BE247B2" w:rsidR="00E111E0" w:rsidRPr="00E111E0" w:rsidRDefault="2FF65B15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>Datakwaliteit; hoe is deze geborgd?</w:t>
            </w:r>
          </w:p>
        </w:tc>
        <w:tc>
          <w:tcPr>
            <w:tcW w:w="4240" w:type="dxa"/>
          </w:tcPr>
          <w:p w14:paraId="48C69937" w14:textId="77777777" w:rsidR="00E111E0" w:rsidRPr="00E111E0" w:rsidRDefault="00E111E0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17582C" w14:paraId="06E05403" w14:textId="77777777" w:rsidTr="5C3D43B7">
        <w:tc>
          <w:tcPr>
            <w:tcW w:w="4390" w:type="dxa"/>
          </w:tcPr>
          <w:p w14:paraId="52B3EC68" w14:textId="633F1A27" w:rsidR="00786FD8" w:rsidRDefault="2CA68A7E" w:rsidP="2CA68A7E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CA68A7E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.. </w:t>
            </w:r>
          </w:p>
        </w:tc>
        <w:tc>
          <w:tcPr>
            <w:tcW w:w="4240" w:type="dxa"/>
          </w:tcPr>
          <w:p w14:paraId="5B813523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17582C" w14:paraId="2B990320" w14:textId="77777777" w:rsidTr="5C3D43B7">
        <w:tc>
          <w:tcPr>
            <w:tcW w:w="4390" w:type="dxa"/>
            <w:shd w:val="clear" w:color="auto" w:fill="00B0F0"/>
          </w:tcPr>
          <w:p w14:paraId="067BD8D0" w14:textId="58A80FE1" w:rsidR="00786FD8" w:rsidRPr="00E111E0" w:rsidRDefault="01596F74" w:rsidP="01596F74">
            <w:pPr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</w:pPr>
            <w:r w:rsidRPr="01596F74">
              <w:rPr>
                <w:rFonts w:ascii="Segoe UI" w:hAnsi="Segoe UI" w:cs="Segoe UI"/>
                <w:b/>
                <w:bCs/>
                <w:sz w:val="18"/>
                <w:szCs w:val="18"/>
                <w:lang w:val="nl-NL"/>
              </w:rPr>
              <w:t>Waarde;  ter suggestie..</w:t>
            </w:r>
          </w:p>
        </w:tc>
        <w:tc>
          <w:tcPr>
            <w:tcW w:w="4240" w:type="dxa"/>
            <w:shd w:val="clear" w:color="auto" w:fill="00B0F0"/>
          </w:tcPr>
          <w:p w14:paraId="58395C5B" w14:textId="07FF66B8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66051F0F" w14:textId="77777777" w:rsidTr="5C3D43B7">
        <w:tc>
          <w:tcPr>
            <w:tcW w:w="4390" w:type="dxa"/>
          </w:tcPr>
          <w:p w14:paraId="2819A3F7" w14:textId="4886D8DF" w:rsidR="00786FD8" w:rsidRPr="00E111E0" w:rsidRDefault="00786FD8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Welke waarde levert het op? (denk aan </w:t>
            </w:r>
            <w:r w:rsidRPr="00786FD8">
              <w:rPr>
                <w:rFonts w:ascii="Segoe UI" w:hAnsi="Segoe UI" w:cs="Segoe UI"/>
                <w:sz w:val="18"/>
                <w:szCs w:val="18"/>
                <w:lang w:val="nl-NL"/>
              </w:rPr>
              <w:t>beschikbaarheid, veiligheid, kosten/TCO, arbeidsproductiviteit, voorspelbaarheid, duurzaamheid</w:t>
            </w:r>
            <w:r>
              <w:rPr>
                <w:rFonts w:ascii="Segoe UI" w:hAnsi="Segoe UI" w:cs="Segoe UI"/>
                <w:sz w:val="18"/>
                <w:szCs w:val="18"/>
                <w:lang w:val="nl-NL"/>
              </w:rPr>
              <w:t>)</w:t>
            </w:r>
          </w:p>
        </w:tc>
        <w:tc>
          <w:tcPr>
            <w:tcW w:w="4240" w:type="dxa"/>
          </w:tcPr>
          <w:p w14:paraId="7AB3FD30" w14:textId="717DEF7A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14:paraId="156630B3" w14:textId="77777777" w:rsidTr="5C3D43B7">
        <w:tc>
          <w:tcPr>
            <w:tcW w:w="4390" w:type="dxa"/>
          </w:tcPr>
          <w:p w14:paraId="6D856FC4" w14:textId="3A874982" w:rsidR="00786FD8" w:rsidRPr="00E111E0" w:rsidRDefault="00786FD8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>Hoe kun je de waarde onderbouwen? Welke observatie ondersteund dit?</w:t>
            </w:r>
          </w:p>
        </w:tc>
        <w:tc>
          <w:tcPr>
            <w:tcW w:w="4240" w:type="dxa"/>
          </w:tcPr>
          <w:p w14:paraId="331DB2EE" w14:textId="45DAB6EA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44595198" w14:textId="77777777" w:rsidTr="5C3D43B7">
        <w:tc>
          <w:tcPr>
            <w:tcW w:w="4390" w:type="dxa"/>
          </w:tcPr>
          <w:p w14:paraId="0C670D82" w14:textId="3495E32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>Welk risico loop je zonder deze value case?</w:t>
            </w:r>
          </w:p>
        </w:tc>
        <w:tc>
          <w:tcPr>
            <w:tcW w:w="4240" w:type="dxa"/>
          </w:tcPr>
          <w:p w14:paraId="687DFCD4" w14:textId="0758FE3B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106ACE" w:rsidRPr="00F006B1" w14:paraId="3E2B2E8C" w14:textId="77777777" w:rsidTr="5C3D43B7">
        <w:tc>
          <w:tcPr>
            <w:tcW w:w="4390" w:type="dxa"/>
          </w:tcPr>
          <w:p w14:paraId="24BB5C74" w14:textId="6DE30703" w:rsidR="00106ACE" w:rsidRDefault="00106ACE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Wat heeft deze value case binnen de samenwerking in het assetmanagement gebracht? </w:t>
            </w:r>
          </w:p>
        </w:tc>
        <w:tc>
          <w:tcPr>
            <w:tcW w:w="4240" w:type="dxa"/>
          </w:tcPr>
          <w:p w14:paraId="42D69BFE" w14:textId="77777777" w:rsidR="00106ACE" w:rsidRPr="00E111E0" w:rsidRDefault="00106ACE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17582C" w14:paraId="7BC7CE63" w14:textId="77777777" w:rsidTr="5C3D43B7">
        <w:tc>
          <w:tcPr>
            <w:tcW w:w="4390" w:type="dxa"/>
          </w:tcPr>
          <w:p w14:paraId="4280BC5E" w14:textId="7F581100" w:rsidR="00786FD8" w:rsidRDefault="2CA68A7E" w:rsidP="2CA68A7E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CA68A7E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 .. </w:t>
            </w:r>
          </w:p>
        </w:tc>
        <w:tc>
          <w:tcPr>
            <w:tcW w:w="4240" w:type="dxa"/>
          </w:tcPr>
          <w:p w14:paraId="5FC74C52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14:paraId="66105B52" w14:textId="77777777" w:rsidTr="5C3D43B7">
        <w:tc>
          <w:tcPr>
            <w:tcW w:w="4390" w:type="dxa"/>
            <w:shd w:val="clear" w:color="auto" w:fill="C00000"/>
          </w:tcPr>
          <w:p w14:paraId="1A19827B" w14:textId="0E931ADA" w:rsidR="00786FD8" w:rsidRPr="00E111E0" w:rsidRDefault="2CA68A7E" w:rsidP="2CA68A7E">
            <w:pPr>
              <w:rPr>
                <w:rFonts w:ascii="Segoe UI" w:hAnsi="Segoe UI" w:cs="Segoe UI"/>
                <w:color w:val="FFFFFF" w:themeColor="background1"/>
                <w:sz w:val="18"/>
                <w:szCs w:val="18"/>
                <w:lang w:val="nl-NL"/>
              </w:rPr>
            </w:pPr>
            <w:r w:rsidRPr="2CA68A7E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val="nl-NL"/>
              </w:rPr>
              <w:t>Middelen / opschaling; ter suggestie...</w:t>
            </w:r>
          </w:p>
        </w:tc>
        <w:tc>
          <w:tcPr>
            <w:tcW w:w="4240" w:type="dxa"/>
            <w:shd w:val="clear" w:color="auto" w:fill="C00000"/>
          </w:tcPr>
          <w:p w14:paraId="5FAF605B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CA1397" w:rsidRPr="00F006B1" w14:paraId="5A2B4FCE" w14:textId="77777777" w:rsidTr="5C3D43B7">
        <w:tc>
          <w:tcPr>
            <w:tcW w:w="4390" w:type="dxa"/>
          </w:tcPr>
          <w:p w14:paraId="36DFD486" w14:textId="36A81180" w:rsidR="00CA1397" w:rsidRPr="2FF65B15" w:rsidRDefault="00CA1397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>
              <w:rPr>
                <w:rFonts w:ascii="Segoe UI" w:hAnsi="Segoe UI" w:cs="Segoe UI"/>
                <w:sz w:val="18"/>
                <w:szCs w:val="18"/>
                <w:lang w:val="nl-NL"/>
              </w:rPr>
              <w:t>Met wie heb je samengewerkt in het realiseren van deze case?</w:t>
            </w:r>
          </w:p>
        </w:tc>
        <w:tc>
          <w:tcPr>
            <w:tcW w:w="4240" w:type="dxa"/>
          </w:tcPr>
          <w:p w14:paraId="43E8EF26" w14:textId="77777777" w:rsidR="00CA1397" w:rsidRPr="00E111E0" w:rsidRDefault="00CA1397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316227D6" w14:textId="77777777" w:rsidTr="5C3D43B7">
        <w:tc>
          <w:tcPr>
            <w:tcW w:w="4390" w:type="dxa"/>
          </w:tcPr>
          <w:p w14:paraId="1C8C57F2" w14:textId="6A999637" w:rsidR="00786FD8" w:rsidRPr="00E111E0" w:rsidRDefault="2FF65B15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>Wat was nodig om  te starten/ op  te leveren?</w:t>
            </w:r>
          </w:p>
        </w:tc>
        <w:tc>
          <w:tcPr>
            <w:tcW w:w="4240" w:type="dxa"/>
          </w:tcPr>
          <w:p w14:paraId="4F169BC1" w14:textId="7C1DC7EA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61B13776" w14:textId="77777777" w:rsidTr="5C3D43B7">
        <w:tc>
          <w:tcPr>
            <w:tcW w:w="4390" w:type="dxa"/>
          </w:tcPr>
          <w:p w14:paraId="1D9F05BA" w14:textId="331D5E80" w:rsidR="00786FD8" w:rsidRPr="00E111E0" w:rsidRDefault="2FF65B15" w:rsidP="2FF65B15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2FF65B15">
              <w:rPr>
                <w:rFonts w:ascii="Segoe UI" w:hAnsi="Segoe UI" w:cs="Segoe UI"/>
                <w:sz w:val="18"/>
                <w:szCs w:val="18"/>
                <w:lang w:val="nl-NL"/>
              </w:rPr>
              <w:t>Welke randvoorwaarden voor implementatie waren er? (denk aan tools, toegang tot data, security (OT/IT), contractafspraken, capaciteit)</w:t>
            </w:r>
          </w:p>
        </w:tc>
        <w:tc>
          <w:tcPr>
            <w:tcW w:w="4240" w:type="dxa"/>
          </w:tcPr>
          <w:p w14:paraId="78AB60E5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2A9E7B00" w14:textId="77777777" w:rsidTr="5C3D43B7">
        <w:tc>
          <w:tcPr>
            <w:tcW w:w="4390" w:type="dxa"/>
          </w:tcPr>
          <w:p w14:paraId="66A996E3" w14:textId="3FC77192" w:rsidR="00786FD8" w:rsidRPr="00E111E0" w:rsidRDefault="00786FD8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786FD8">
              <w:rPr>
                <w:rFonts w:ascii="Segoe UI" w:hAnsi="Segoe UI" w:cs="Segoe UI"/>
                <w:sz w:val="18"/>
                <w:szCs w:val="18"/>
                <w:lang w:val="nl-NL"/>
              </w:rPr>
              <w:t>Adoptie: wie gaat het gebruiken en wat verandert er in werkwijze?</w:t>
            </w:r>
          </w:p>
        </w:tc>
        <w:tc>
          <w:tcPr>
            <w:tcW w:w="4240" w:type="dxa"/>
          </w:tcPr>
          <w:p w14:paraId="130E6752" w14:textId="1D8B5BD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  <w:tr w:rsidR="00786FD8" w:rsidRPr="00F006B1" w14:paraId="13233142" w14:textId="77777777" w:rsidTr="5C3D43B7">
        <w:tc>
          <w:tcPr>
            <w:tcW w:w="4390" w:type="dxa"/>
          </w:tcPr>
          <w:p w14:paraId="52F162D5" w14:textId="56D3758E" w:rsidR="00786FD8" w:rsidRPr="00786FD8" w:rsidRDefault="00786FD8" w:rsidP="0051113C">
            <w:pPr>
              <w:rPr>
                <w:rFonts w:ascii="Segoe UI" w:hAnsi="Segoe UI" w:cs="Segoe UI"/>
                <w:sz w:val="18"/>
                <w:szCs w:val="18"/>
                <w:lang w:val="nl-NL"/>
              </w:rPr>
            </w:pPr>
            <w:r w:rsidRPr="00786FD8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Schaalbaarheid: hoe kan dit herhaald worden op andere objecten/typicals </w:t>
            </w:r>
            <w:r w:rsidR="0017582C">
              <w:rPr>
                <w:rFonts w:ascii="Segoe UI" w:hAnsi="Segoe UI" w:cs="Segoe UI"/>
                <w:sz w:val="18"/>
                <w:szCs w:val="18"/>
                <w:lang w:val="nl-NL"/>
              </w:rPr>
              <w:t xml:space="preserve">/ processen </w:t>
            </w:r>
            <w:r w:rsidRPr="00786FD8">
              <w:rPr>
                <w:rFonts w:ascii="Segoe UI" w:hAnsi="Segoe UI" w:cs="Segoe UI"/>
                <w:sz w:val="18"/>
                <w:szCs w:val="18"/>
                <w:lang w:val="nl-NL"/>
              </w:rPr>
              <w:t>(modulair)?</w:t>
            </w:r>
          </w:p>
        </w:tc>
        <w:tc>
          <w:tcPr>
            <w:tcW w:w="4240" w:type="dxa"/>
          </w:tcPr>
          <w:p w14:paraId="116963B7" w14:textId="77777777" w:rsidR="00786FD8" w:rsidRPr="00E111E0" w:rsidRDefault="00786FD8" w:rsidP="0051113C">
            <w:pPr>
              <w:rPr>
                <w:rFonts w:ascii="Segoe UI" w:hAnsi="Segoe UI" w:cs="Segoe UI"/>
                <w:sz w:val="18"/>
                <w:szCs w:val="14"/>
                <w:lang w:val="nl-NL"/>
              </w:rPr>
            </w:pPr>
          </w:p>
        </w:tc>
      </w:tr>
    </w:tbl>
    <w:p w14:paraId="58FA505A" w14:textId="77777777" w:rsidR="00CB3132" w:rsidRPr="0017582C" w:rsidRDefault="00CB3132">
      <w:pPr>
        <w:rPr>
          <w:lang w:val="nl-NL"/>
        </w:rPr>
      </w:pPr>
    </w:p>
    <w:sectPr w:rsidR="00CB3132" w:rsidRPr="0017582C" w:rsidSect="00F006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E6185A"/>
    <w:multiLevelType w:val="hybridMultilevel"/>
    <w:tmpl w:val="6D8E39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37C4"/>
    <w:multiLevelType w:val="hybridMultilevel"/>
    <w:tmpl w:val="B33A3764"/>
    <w:lvl w:ilvl="0" w:tplc="FFFFFFFF">
      <w:numFmt w:val="bullet"/>
      <w:lvlText w:val=""/>
      <w:lvlJc w:val="left"/>
      <w:pPr>
        <w:ind w:left="1080" w:hanging="360"/>
      </w:pPr>
      <w:rPr>
        <w:rFonts w:ascii="Wingdings" w:hAnsi="Wingdings" w:hint="default"/>
        <w:b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842315">
    <w:abstractNumId w:val="8"/>
  </w:num>
  <w:num w:numId="2" w16cid:durableId="952833546">
    <w:abstractNumId w:val="6"/>
  </w:num>
  <w:num w:numId="3" w16cid:durableId="1434130815">
    <w:abstractNumId w:val="5"/>
  </w:num>
  <w:num w:numId="4" w16cid:durableId="848254187">
    <w:abstractNumId w:val="4"/>
  </w:num>
  <w:num w:numId="5" w16cid:durableId="857699726">
    <w:abstractNumId w:val="7"/>
  </w:num>
  <w:num w:numId="6" w16cid:durableId="115954528">
    <w:abstractNumId w:val="3"/>
  </w:num>
  <w:num w:numId="7" w16cid:durableId="577515782">
    <w:abstractNumId w:val="2"/>
  </w:num>
  <w:num w:numId="8" w16cid:durableId="277183959">
    <w:abstractNumId w:val="1"/>
  </w:num>
  <w:num w:numId="9" w16cid:durableId="2110811220">
    <w:abstractNumId w:val="0"/>
  </w:num>
  <w:num w:numId="10" w16cid:durableId="1745836762">
    <w:abstractNumId w:val="9"/>
  </w:num>
  <w:num w:numId="11" w16cid:durableId="19830774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490"/>
    <w:rsid w:val="00034616"/>
    <w:rsid w:val="0006063C"/>
    <w:rsid w:val="00106ACE"/>
    <w:rsid w:val="0015074B"/>
    <w:rsid w:val="0017582C"/>
    <w:rsid w:val="001A5AE8"/>
    <w:rsid w:val="001E114A"/>
    <w:rsid w:val="001E18D6"/>
    <w:rsid w:val="00211763"/>
    <w:rsid w:val="00255401"/>
    <w:rsid w:val="0029639D"/>
    <w:rsid w:val="00326F90"/>
    <w:rsid w:val="003C3459"/>
    <w:rsid w:val="005F3728"/>
    <w:rsid w:val="00652D38"/>
    <w:rsid w:val="00672068"/>
    <w:rsid w:val="006A4E7A"/>
    <w:rsid w:val="00786FD8"/>
    <w:rsid w:val="007B6A51"/>
    <w:rsid w:val="00837579"/>
    <w:rsid w:val="00902399"/>
    <w:rsid w:val="00990655"/>
    <w:rsid w:val="00A7655A"/>
    <w:rsid w:val="00AA1D8D"/>
    <w:rsid w:val="00B47730"/>
    <w:rsid w:val="00B70C32"/>
    <w:rsid w:val="00BC4250"/>
    <w:rsid w:val="00CA1397"/>
    <w:rsid w:val="00CB0664"/>
    <w:rsid w:val="00CB3132"/>
    <w:rsid w:val="00CD491F"/>
    <w:rsid w:val="00DF05F9"/>
    <w:rsid w:val="00E111E0"/>
    <w:rsid w:val="00E20071"/>
    <w:rsid w:val="00F006B1"/>
    <w:rsid w:val="00FC693F"/>
    <w:rsid w:val="01596F74"/>
    <w:rsid w:val="027A7E65"/>
    <w:rsid w:val="06C560B4"/>
    <w:rsid w:val="075B467D"/>
    <w:rsid w:val="077DFA8F"/>
    <w:rsid w:val="07BEC29E"/>
    <w:rsid w:val="0881FB3F"/>
    <w:rsid w:val="1083BFD3"/>
    <w:rsid w:val="14992259"/>
    <w:rsid w:val="1752829F"/>
    <w:rsid w:val="21777290"/>
    <w:rsid w:val="22058E53"/>
    <w:rsid w:val="2303C43E"/>
    <w:rsid w:val="2B654403"/>
    <w:rsid w:val="2CA68A7E"/>
    <w:rsid w:val="2E3E61CD"/>
    <w:rsid w:val="2FF65B15"/>
    <w:rsid w:val="32F149C0"/>
    <w:rsid w:val="373CD103"/>
    <w:rsid w:val="37E14804"/>
    <w:rsid w:val="3AC942C5"/>
    <w:rsid w:val="3DD38063"/>
    <w:rsid w:val="45EC741B"/>
    <w:rsid w:val="4651E57D"/>
    <w:rsid w:val="487C6C16"/>
    <w:rsid w:val="48A1E1B4"/>
    <w:rsid w:val="4DFE766C"/>
    <w:rsid w:val="521DC94E"/>
    <w:rsid w:val="5C3D43B7"/>
    <w:rsid w:val="5F7EE521"/>
    <w:rsid w:val="61465143"/>
    <w:rsid w:val="67C9F2CA"/>
    <w:rsid w:val="6D10BC21"/>
    <w:rsid w:val="6F91AEEC"/>
    <w:rsid w:val="72F73EB7"/>
    <w:rsid w:val="731E20AE"/>
    <w:rsid w:val="732479A2"/>
    <w:rsid w:val="737F0186"/>
    <w:rsid w:val="745149EF"/>
    <w:rsid w:val="7D81A538"/>
    <w:rsid w:val="7D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6C512"/>
  <w14:defaultImageDpi w14:val="300"/>
  <w15:docId w15:val="{CC67A303-01E0-4861-A628-2B365456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e">
    <w:name w:val="Revision"/>
    <w:hidden/>
    <w:uiPriority w:val="99"/>
    <w:semiHidden/>
    <w:rsid w:val="00837579"/>
    <w:pPr>
      <w:spacing w:after="0" w:line="240" w:lineRule="auto"/>
    </w:pPr>
    <w:rPr>
      <w:rFonts w:ascii="Calibri" w:hAnsi="Calibri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3757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375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37579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5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757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77E7C1A0B9F4287287DB1D88C5105" ma:contentTypeVersion="4" ma:contentTypeDescription="Een nieuw document maken." ma:contentTypeScope="" ma:versionID="12b87176023d59ca4bf1f62b4fc40a5a">
  <xsd:schema xmlns:xsd="http://www.w3.org/2001/XMLSchema" xmlns:xs="http://www.w3.org/2001/XMLSchema" xmlns:p="http://schemas.microsoft.com/office/2006/metadata/properties" xmlns:ns2="75933227-c3f7-44e9-a0d0-47b8aa63eabf" xmlns:ns3="e697e444-0da8-4fe4-82e4-abb7546d0dd3" targetNamespace="http://schemas.microsoft.com/office/2006/metadata/properties" ma:root="true" ma:fieldsID="a5913094b1a49c471dcdc6fff9cafac2" ns2:_="" ns3:_="">
    <xsd:import namespace="75933227-c3f7-44e9-a0d0-47b8aa63eabf"/>
    <xsd:import namespace="e697e444-0da8-4fe4-82e4-abb7546d0d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Fa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33227-c3f7-44e9-a0d0-47b8aa63eab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7e444-0da8-4fe4-82e4-abb7546d0dd3" elementFormDefault="qualified">
    <xsd:import namespace="http://schemas.microsoft.com/office/2006/documentManagement/types"/>
    <xsd:import namespace="http://schemas.microsoft.com/office/infopath/2007/PartnerControls"/>
    <xsd:element name="Fase" ma:index="13" nillable="true" ma:displayName="Fase" ma:internalName="Fase">
      <xsd:simpleType>
        <xsd:restriction base="dms:Choice">
          <xsd:enumeration value="1"/>
          <xsd:enumeration value="2"/>
          <xsd:enumeration value="3"/>
          <xsd:enumeration value="4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se xmlns="e697e444-0da8-4fe4-82e4-abb7546d0dd3" xsi:nil="true"/>
    <_dlc_DocId xmlns="75933227-c3f7-44e9-a0d0-47b8aa63eabf">SW00-1678295136-6131</_dlc_DocId>
    <_dlc_DocIdUrl xmlns="75933227-c3f7-44e9-a0d0-47b8aa63eabf">
      <Url>https://samenwerken.rws.nl/sites/M231002903/_layouts/15/DocIdRedir.aspx?ID=SW00-1678295136-6131</Url>
      <Description>SW00-1678295136-6131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C9E5E-F96C-4C6C-9D5D-AC0B875F0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933227-c3f7-44e9-a0d0-47b8aa63eabf"/>
    <ds:schemaRef ds:uri="e697e444-0da8-4fe4-82e4-abb7546d0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3D5B7B-BEB5-4D7A-BE92-DDEE9C3C1A8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E10D76-9968-4426-A882-3930B4AE1CCA}">
  <ds:schemaRefs>
    <ds:schemaRef ds:uri="http://schemas.microsoft.com/office/2006/metadata/properties"/>
    <ds:schemaRef ds:uri="http://schemas.microsoft.com/office/infopath/2007/PartnerControls"/>
    <ds:schemaRef ds:uri="e697e444-0da8-4fe4-82e4-abb7546d0dd3"/>
    <ds:schemaRef ds:uri="75933227-c3f7-44e9-a0d0-47b8aa63eabf"/>
  </ds:schemaRefs>
</ds:datastoreItem>
</file>

<file path=customXml/itemProps5.xml><?xml version="1.0" encoding="utf-8"?>
<ds:datastoreItem xmlns:ds="http://schemas.openxmlformats.org/officeDocument/2006/customXml" ds:itemID="{B6E81408-0CFE-48AC-B4B0-F14F1DE0805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1266</Characters>
  <Application>Microsoft Office Word</Application>
  <DocSecurity>0</DocSecurity>
  <Lines>10</Lines>
  <Paragraphs>2</Paragraphs>
  <ScaleCrop>false</ScaleCrop>
  <Manager/>
  <Company/>
  <LinksUpToDate>false</LinksUpToDate>
  <CharactersWithSpaces>1494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Keijer, Christiaan (RWS GPO)</cp:lastModifiedBy>
  <cp:revision>44</cp:revision>
  <dcterms:created xsi:type="dcterms:W3CDTF">2026-08-12T11:48:00Z</dcterms:created>
  <dcterms:modified xsi:type="dcterms:W3CDTF">2026-09-23T09:18:00Z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0x010100CB677E7C1A0B9F4287287DB1D88C5105</vt:lpwstr>
  </property>
  <property fmtid="{D5CDD505-2E9C-101B-9397-08002B2CF9AE}" pid="3" name="MediaServiceImageTags">
    <vt:lpwstr/>
  </property>
  <property fmtid="{D5CDD505-2E9C-101B-9397-08002B2CF9AE}" pid="4" name="_dlc_DocIdItemGuid">
    <vt:lpwstr>8fead6d2-a429-4af9-ba44-968a6d675f9c</vt:lpwstr>
  </property>
</Properties>
</file>